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7427"/>
        <w:gridCol w:w="1474"/>
      </w:tblGrid>
      <w:tr w:rsidR="00C36E79">
        <w:trPr>
          <w:cantSplit/>
          <w:jc w:val="center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36E79" w:rsidRDefault="00361D08">
            <w:pPr>
              <w:jc w:val="center"/>
            </w:pPr>
            <w:r>
              <w:rPr>
                <w:noProof/>
                <w:lang w:val="tr-TR" w:eastAsia="tr-TR"/>
              </w:rPr>
              <w:drawing>
                <wp:inline distT="0" distB="0" distL="0" distR="0">
                  <wp:extent cx="558000" cy="55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36E79" w:rsidRDefault="00361D08">
            <w:pPr>
              <w:jc w:val="center"/>
            </w:pPr>
            <w:r>
              <w:rPr>
                <w:b/>
                <w:sz w:val="23"/>
              </w:rPr>
              <w:t>BURSA ULUDAĞ ÜNİVERSİTESİ</w:t>
            </w:r>
            <w:r>
              <w:rPr>
                <w:b/>
                <w:sz w:val="23"/>
              </w:rPr>
              <w:br/>
              <w:t>MÜHENDİSLİK FAKÜLTESİ</w:t>
            </w:r>
            <w:r>
              <w:rPr>
                <w:b/>
                <w:sz w:val="23"/>
              </w:rPr>
              <w:br/>
              <w:t>İNŞAAT MÜHENDİSLİĞİ BÖLÜMÜ</w:t>
            </w:r>
            <w:r>
              <w:rPr>
                <w:b/>
                <w:sz w:val="23"/>
              </w:rPr>
              <w:br/>
            </w:r>
            <w:r>
              <w:rPr>
                <w:b/>
                <w:sz w:val="24"/>
              </w:rPr>
              <w:t>DENEYSEL TASARIM / BİTİRME TEZİ</w:t>
            </w:r>
            <w:r>
              <w:rPr>
                <w:b/>
                <w:sz w:val="24"/>
              </w:rPr>
              <w:br/>
              <w:t>DANIŞMAN DEĞİŞİKLİĞİ TALEP FORMU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36E79" w:rsidRDefault="00361D08">
            <w:r>
              <w:rPr>
                <w:b/>
                <w:sz w:val="19"/>
              </w:rPr>
              <w:t>Form No:</w:t>
            </w:r>
            <w:r w:rsidR="00A4219A">
              <w:rPr>
                <w:b/>
                <w:sz w:val="19"/>
              </w:rPr>
              <w:t>1</w:t>
            </w:r>
            <w:bookmarkStart w:id="0" w:name="_GoBack"/>
            <w:bookmarkEnd w:id="0"/>
            <w:r>
              <w:rPr>
                <w:b/>
                <w:sz w:val="19"/>
              </w:rPr>
              <w:br/>
              <w:t>.................</w:t>
            </w:r>
          </w:p>
        </w:tc>
      </w:tr>
    </w:tbl>
    <w:p w:rsidR="00C36E79" w:rsidRDefault="00C36E79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8"/>
        <w:gridCol w:w="3341"/>
        <w:gridCol w:w="1871"/>
        <w:gridCol w:w="3118"/>
      </w:tblGrid>
      <w:tr w:rsidR="00C36E79" w:rsidTr="00A4219A">
        <w:trPr>
          <w:cantSplit/>
          <w:jc w:val="center"/>
        </w:trPr>
        <w:tc>
          <w:tcPr>
            <w:tcW w:w="1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roofErr w:type="spellStart"/>
            <w:r>
              <w:rPr>
                <w:b/>
                <w:sz w:val="20"/>
              </w:rPr>
              <w:t>Öğrencinin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Soyadı</w:t>
            </w:r>
            <w:proofErr w:type="spellEnd"/>
          </w:p>
        </w:tc>
        <w:tc>
          <w:tcPr>
            <w:tcW w:w="33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  <w:tc>
          <w:tcPr>
            <w:tcW w:w="1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Öğrenci No</w:t>
            </w:r>
          </w:p>
        </w:tc>
        <w:tc>
          <w:tcPr>
            <w:tcW w:w="31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</w:tr>
      <w:tr w:rsidR="00C36E79" w:rsidTr="00A4219A">
        <w:trPr>
          <w:cantSplit/>
          <w:jc w:val="center"/>
        </w:trPr>
        <w:tc>
          <w:tcPr>
            <w:tcW w:w="1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Sınıfı</w:t>
            </w:r>
          </w:p>
        </w:tc>
        <w:tc>
          <w:tcPr>
            <w:tcW w:w="33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  <w:tc>
          <w:tcPr>
            <w:tcW w:w="1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Eğitim-Öğretim Yılı</w:t>
            </w:r>
          </w:p>
        </w:tc>
        <w:tc>
          <w:tcPr>
            <w:tcW w:w="31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</w:tr>
      <w:tr w:rsidR="00C36E79" w:rsidTr="00A4219A">
        <w:trPr>
          <w:cantSplit/>
          <w:jc w:val="center"/>
        </w:trPr>
        <w:tc>
          <w:tcPr>
            <w:tcW w:w="1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Ders / Çalışma</w:t>
            </w:r>
          </w:p>
        </w:tc>
        <w:tc>
          <w:tcPr>
            <w:tcW w:w="33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sz w:val="20"/>
              </w:rPr>
              <w:t>□ Deneysel Tasarım     □ Bitirme Tezi</w:t>
            </w:r>
          </w:p>
        </w:tc>
        <w:tc>
          <w:tcPr>
            <w:tcW w:w="1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Yarıyıl</w:t>
            </w:r>
          </w:p>
        </w:tc>
        <w:tc>
          <w:tcPr>
            <w:tcW w:w="31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sz w:val="20"/>
              </w:rPr>
              <w:t>□ Güz     □ Bahar</w:t>
            </w:r>
          </w:p>
        </w:tc>
      </w:tr>
      <w:tr w:rsidR="00C36E79" w:rsidTr="00A4219A">
        <w:trPr>
          <w:cantSplit/>
          <w:jc w:val="center"/>
        </w:trPr>
        <w:tc>
          <w:tcPr>
            <w:tcW w:w="18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Mevcut Çalışma Konusu</w:t>
            </w:r>
            <w:r>
              <w:rPr>
                <w:b/>
                <w:sz w:val="20"/>
              </w:rPr>
              <w:br/>
              <w:t>(varsa)</w:t>
            </w:r>
          </w:p>
        </w:tc>
        <w:tc>
          <w:tcPr>
            <w:tcW w:w="33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  <w:tc>
          <w:tcPr>
            <w:tcW w:w="18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Tarih</w:t>
            </w:r>
          </w:p>
        </w:tc>
        <w:tc>
          <w:tcPr>
            <w:tcW w:w="31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sz w:val="20"/>
              </w:rPr>
              <w:t>.... / .... / ........</w:t>
            </w:r>
          </w:p>
        </w:tc>
      </w:tr>
    </w:tbl>
    <w:p w:rsidR="00C36E79" w:rsidRDefault="00C36E79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3912"/>
      </w:tblGrid>
      <w:tr w:rsidR="00C36E79">
        <w:trPr>
          <w:cantSplit/>
          <w:jc w:val="center"/>
        </w:trPr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Danışman Bilgileri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Unvanı, Adı ve Soyadı</w:t>
            </w:r>
          </w:p>
        </w:tc>
        <w:tc>
          <w:tcPr>
            <w:tcW w:w="3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Anabilim Dalı / Bölüm</w:t>
            </w:r>
          </w:p>
        </w:tc>
      </w:tr>
      <w:tr w:rsidR="00C36E79">
        <w:trPr>
          <w:cantSplit/>
          <w:trHeight w:val="482"/>
          <w:jc w:val="center"/>
        </w:trPr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Mevcut Danışman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  <w:tc>
          <w:tcPr>
            <w:tcW w:w="3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</w:tr>
      <w:tr w:rsidR="00C36E79">
        <w:trPr>
          <w:cantSplit/>
          <w:trHeight w:val="482"/>
          <w:jc w:val="center"/>
        </w:trPr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b/>
                <w:sz w:val="20"/>
              </w:rPr>
              <w:t>Önerilen Danışman</w:t>
            </w:r>
          </w:p>
        </w:tc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  <w:tc>
          <w:tcPr>
            <w:tcW w:w="39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C36E79"/>
        </w:tc>
      </w:tr>
    </w:tbl>
    <w:p w:rsidR="00C36E79" w:rsidRDefault="00C36E79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71"/>
        <w:gridCol w:w="4078"/>
      </w:tblGrid>
      <w:tr w:rsidR="00C36E79">
        <w:trPr>
          <w:cantSplit/>
          <w:jc w:val="center"/>
        </w:trPr>
        <w:tc>
          <w:tcPr>
            <w:tcW w:w="101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ÖĞRENCİ TALEBİ VE İMZASI</w:t>
            </w:r>
          </w:p>
        </w:tc>
      </w:tr>
      <w:tr w:rsidR="00C36E79" w:rsidTr="00B86BEA">
        <w:trPr>
          <w:cantSplit/>
          <w:trHeight w:val="1895"/>
          <w:jc w:val="center"/>
        </w:trPr>
        <w:tc>
          <w:tcPr>
            <w:tcW w:w="6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roofErr w:type="spellStart"/>
            <w:r>
              <w:rPr>
                <w:sz w:val="20"/>
              </w:rPr>
              <w:t>Yukarıda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belirttiğim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gerekçe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doğrultusunda</w:t>
            </w:r>
            <w:proofErr w:type="spellEnd"/>
            <w:r>
              <w:rPr>
                <w:sz w:val="20"/>
              </w:rPr>
              <w:t xml:space="preserve"> danışman değişikliği talep ediyorum.</w:t>
            </w:r>
          </w:p>
        </w:tc>
        <w:tc>
          <w:tcPr>
            <w:tcW w:w="40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6E79" w:rsidRDefault="00361D08" w:rsidP="00B86BEA">
            <w:pPr>
              <w:spacing w:line="360" w:lineRule="auto"/>
              <w:jc w:val="center"/>
            </w:pPr>
            <w:r>
              <w:rPr>
                <w:sz w:val="20"/>
              </w:rPr>
              <w:t>Öğrenci</w:t>
            </w:r>
            <w:r>
              <w:rPr>
                <w:sz w:val="20"/>
              </w:rPr>
              <w:br/>
              <w:t>Adı Soyadı: ................................</w:t>
            </w:r>
            <w:r>
              <w:rPr>
                <w:sz w:val="20"/>
              </w:rPr>
              <w:br/>
              <w:t>Tarih: .... / .... / ........</w:t>
            </w:r>
            <w:r>
              <w:rPr>
                <w:sz w:val="20"/>
              </w:rPr>
              <w:br/>
              <w:t>İmza:</w:t>
            </w:r>
          </w:p>
        </w:tc>
      </w:tr>
    </w:tbl>
    <w:p w:rsidR="00C36E79" w:rsidRDefault="00C36E79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C36E79">
        <w:trPr>
          <w:cantSplit/>
          <w:jc w:val="center"/>
        </w:trPr>
        <w:tc>
          <w:tcPr>
            <w:tcW w:w="50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MEVCUT DANIŞMAN ONAYI</w:t>
            </w:r>
          </w:p>
        </w:tc>
        <w:tc>
          <w:tcPr>
            <w:tcW w:w="50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ÖNERİLEN DANIŞMAN KABULÜ</w:t>
            </w:r>
          </w:p>
        </w:tc>
      </w:tr>
      <w:tr w:rsidR="00C36E79">
        <w:trPr>
          <w:cantSplit/>
          <w:trHeight w:val="1191"/>
          <w:jc w:val="center"/>
        </w:trPr>
        <w:tc>
          <w:tcPr>
            <w:tcW w:w="50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E79" w:rsidRDefault="00361D08">
            <w:r>
              <w:rPr>
                <w:sz w:val="20"/>
              </w:rPr>
              <w:t>Öğrencinin danışman değişikliği talebini uygun buluyorum.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Unvanı, Adı Soyadı: ................................................</w:t>
            </w:r>
            <w:r>
              <w:rPr>
                <w:sz w:val="20"/>
              </w:rPr>
              <w:br/>
              <w:t>Tarih: .... / .... / ........        İmza:</w:t>
            </w:r>
          </w:p>
        </w:tc>
        <w:tc>
          <w:tcPr>
            <w:tcW w:w="50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6E79" w:rsidRDefault="00361D08">
            <w:r>
              <w:rPr>
                <w:sz w:val="20"/>
              </w:rPr>
              <w:t>Öğrencinin danışmanlığını kabul ediyorum.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Unvanı, Adı Soyadı: ................................................</w:t>
            </w:r>
            <w:r>
              <w:rPr>
                <w:sz w:val="20"/>
              </w:rPr>
              <w:br/>
              <w:t>Tarih: .... / .... / ........        İmza:</w:t>
            </w:r>
          </w:p>
        </w:tc>
      </w:tr>
    </w:tbl>
    <w:p w:rsidR="00C36E79" w:rsidRDefault="00C36E79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47"/>
        <w:gridCol w:w="3402"/>
      </w:tblGrid>
      <w:tr w:rsidR="00C36E79">
        <w:trPr>
          <w:cantSplit/>
          <w:jc w:val="center"/>
        </w:trPr>
        <w:tc>
          <w:tcPr>
            <w:tcW w:w="101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pPr>
              <w:jc w:val="center"/>
            </w:pPr>
            <w:r>
              <w:rPr>
                <w:b/>
              </w:rPr>
              <w:t>BÖLÜM BAŞKANLIĞI DEĞERLENDİRMESİ</w:t>
            </w:r>
          </w:p>
        </w:tc>
      </w:tr>
      <w:tr w:rsidR="00C36E79">
        <w:trPr>
          <w:cantSplit/>
          <w:trHeight w:val="935"/>
          <w:jc w:val="center"/>
        </w:trPr>
        <w:tc>
          <w:tcPr>
            <w:tcW w:w="67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6E79" w:rsidRDefault="00361D08">
            <w:r>
              <w:rPr>
                <w:sz w:val="20"/>
              </w:rPr>
              <w:t>□ Uygundur        □ Uygun değildir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Açıklama (varsa): ...................................................................................................................</w:t>
            </w:r>
          </w:p>
        </w:tc>
        <w:tc>
          <w:tcPr>
            <w:tcW w:w="34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6E79" w:rsidRDefault="00361D08">
            <w:pPr>
              <w:jc w:val="center"/>
            </w:pPr>
            <w:r>
              <w:rPr>
                <w:sz w:val="20"/>
              </w:rPr>
              <w:t>Bölüm Başkanı</w:t>
            </w:r>
            <w:r>
              <w:rPr>
                <w:sz w:val="20"/>
              </w:rPr>
              <w:br/>
              <w:t>Unvanı, Adı Soyadı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Tarih / İmza</w:t>
            </w:r>
          </w:p>
        </w:tc>
      </w:tr>
    </w:tbl>
    <w:p w:rsidR="00361D08" w:rsidRDefault="00361D08" w:rsidP="005603BB"/>
    <w:sectPr w:rsidR="00361D08" w:rsidSect="00034616">
      <w:footerReference w:type="default" r:id="rId9"/>
      <w:pgSz w:w="12240" w:h="15840"/>
      <w:pgMar w:top="709" w:right="879" w:bottom="709" w:left="879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C97" w:rsidRDefault="00C87C97">
      <w:r>
        <w:separator/>
      </w:r>
    </w:p>
  </w:endnote>
  <w:endnote w:type="continuationSeparator" w:id="0">
    <w:p w:rsidR="00C87C97" w:rsidRDefault="00C8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79" w:rsidRDefault="00361D08">
    <w:pPr>
      <w:pStyle w:val="AltBilgi"/>
    </w:pPr>
    <w:r>
      <w:rPr>
        <w:i/>
        <w:sz w:val="16"/>
      </w:rPr>
      <w:t>Not: Form; öğrenci, mevcut danışman ve önerilen danışman tarafından imzalandıktan sonra Bölüm Başkanlığına teslim edilir.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C97" w:rsidRDefault="00C87C97">
      <w:r>
        <w:separator/>
      </w:r>
    </w:p>
  </w:footnote>
  <w:footnote w:type="continuationSeparator" w:id="0">
    <w:p w:rsidR="00C87C97" w:rsidRDefault="00C87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1D08"/>
    <w:rsid w:val="005603BB"/>
    <w:rsid w:val="007E33C6"/>
    <w:rsid w:val="009B72E6"/>
    <w:rsid w:val="00A4219A"/>
    <w:rsid w:val="00AA1D8D"/>
    <w:rsid w:val="00B47730"/>
    <w:rsid w:val="00B561C2"/>
    <w:rsid w:val="00B86BEA"/>
    <w:rsid w:val="00C36E79"/>
    <w:rsid w:val="00C87C9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F60BE"/>
  <w14:defaultImageDpi w14:val="300"/>
  <w15:docId w15:val="{06F16CC6-2A43-4B26-906C-EE3322F8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E3CDEB-B198-44A6-A931-B877343E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195</Words>
  <Characters>1116</Characters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Deneysel Tasarım / Bitirme Tezi Danışman Değişikliği Talep Formu</vt:lpstr>
      <vt:lpstr/>
    </vt:vector>
  </TitlesOfParts>
  <Manager/>
  <Company/>
  <LinksUpToDate>false</LinksUpToDate>
  <CharactersWithSpaces>1309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terms:created xsi:type="dcterms:W3CDTF">2013-12-23T23:15:00Z</dcterms:created>
  <dcterms:modified xsi:type="dcterms:W3CDTF">2026-10-08T13:13:00Z</dcterms:modified>
  <cp:category/>
</cp:coreProperties>
</file>